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1B5C06" w14:textId="7C14C94F" w:rsidR="00000001" w:rsidRDefault="00000001">
      <w:hyperlink r:id="rId9">
        <w:r w:rsidR="00000001">
          <w:t>Link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mailto:someone@example.com?subject=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