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71B5C06" w14:textId="7C14C94F" w:rsidR="00000001" w:rsidRDefault="00000001">
      <w:hyperlink r:id="rId9">
        <w:r w:rsidR="00000001">
          <w:t>Link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../sibling/othe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