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4CC81" w14:textId="FEAE410A" w:rsidR="00000001" w:rsidRDefault="00000001">
      <w:r w:rsidR="00000001">
        <w:drawing>
          <wp:inline xmlns:a="http://schemas.openxmlformats.org/drawingml/2006/main" xmlns:pic="http://schemas.openxmlformats.org/drawingml/2006/picture" distT="0" distB="0" distL="0" distR="0">
            <wp:extent cx="457200" cy="457200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pus-image-format-variety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