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457200" cy="4572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format-variety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