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E6CFC8" w14:textId="7B7C5F23" w:rsidR="00000001" w:rsidRDefault="00000001">
      <w:r w:rsidR="00000001">
        <w:t>Plain interop baseline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