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7105BEE" w14:textId="6EC0F3DE" w:rsidR="00000001" w:rsidRDefault="00000001">
      <w:pPr>
        <w:spacing w:line="480" w:lineRule="auto"/>
      </w:pPr>
      <w:r w:rsidR="00000001">
        <w:t>Double 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