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EnclosedCircleChinese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