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decimalEnclosedCircle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