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EnclosedFullstop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