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decimalHalfWidth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