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irohaFullWidth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