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japaneseDigitalTenThousand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