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japaneseLegal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