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lowerLetter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