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ordinalText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