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upperLetter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