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upperRoman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