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A06E3D67" w14:textId="0E03653A" w:rsidR="00000001" w:rsidRDefault="00000001"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