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469FF" w14:textId="9D4A6B5E" w:rsidR="00000001" w:rsidRDefault="00000001">
      <m:oMath>
        <m:r>
          <m:t>y</m:t>
        </m:r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