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9869B" w14:textId="85D9179A" w:rsidR="00000001" w:rsidRDefault="00000001">
      <w:r xmlns:a="http://schemas.openxmlformats.org/drawingml/2006/main" w:rsidR="00000001">
        <mc:AlternateContent>
          <mc:Choice Requires="wps">
            <w:drawing>
              <wp:inline distT="0" distB="0" distL="0" distR="0">
                <wp:extent cx="914400" cy="914400"/>
                <wp:docPr id="1" name="Shape 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style="width:72pt;height:72pt" fillcolor="white" strokecolor="black" o:gfxdata=""/>
            </w:pict>
          </mc:Fallback>
        </mc:AlternateConten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