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DEB0D4" w14:textId="A08F99D3" w:rsidR="00000001" w:rsidRDefault="00000001">
      <w:pPr>
        <w:pStyle w:val="ListNumber"/>
      </w:pPr>
      <w:r w:rsidR="00000001">
        <w:t>Numbered item one</w:t>
      </w:r>
    </w:p>
    <w:p w14:paraId="2E5862FD" w14:textId="376E2EDD" w:rsidR="00000001" w:rsidRDefault="00000001">
      <w:pPr>
        <w:pStyle w:val="ListNumber"/>
      </w:pPr>
      <w:r w:rsidR="00000001">
        <w:t>Numbered item two</w:t>
      </w:r>
    </w:p>
    <w:p w14:paraId="FF9009BA" w14:textId="EBCFC857" w:rsidR="00000001" w:rsidRDefault="00000001">
      <w:pPr>
        <w:pStyle w:val="ListNumber"/>
      </w:pPr>
      <w:r w:rsidR="00000001">
        <w:t>Numbered item three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