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BFF58E39" w14:textId="988885DB" w:rsidR="00000001" w:rsidRDefault="00000001">
      <w:pPr>
        <w:spacing w:before="0" w:after="0"/>
      </w:pPr>
      <w:r w:rsidR="00000001">
        <w:t>Spaced paragraph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