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FF58E39" w14:textId="988885DB" w:rsidR="00000001" w:rsidRDefault="00000001">
      <w:pPr>
        <w:spacing w:before="120" w:after="0"/>
      </w:pPr>
      <w:r w:rsidR="00000001">
        <w:t>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