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360" w:after="12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