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FF58E39" w14:textId="988885DB" w:rsidR="00000001" w:rsidRDefault="00000001">
      <w:pPr>
        <w:spacing w:before="0" w:after="120"/>
      </w:pPr>
      <w:r w:rsidR="00000001">
        <w:t>Spaced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