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4B79" w:rsidRDefault="005A4D0D" w14:paraId="F6720888" w14:textId="D1BB9F43">
      <w:pPr>
        <w:pStyle w:val="Heading1"/>
      </w:pPr>
      <w:bookmarkStart w:id="0" w:name="_GoBack"/>
      <w:bookmarkEnd w:id="0"/>
      <w:r w:rsidR="00000001">
        <w:t>python-docx was here!</w:t>
      </w:r>
    </w:p>
    <w:p w:rsidR="00CC4B79" w:rsidRDefault="005A4D0D" w14:paraId="848106AE" w14:textId="DCF9B1FC">
      <w:r w:rsidR="00000001">
        <w:t>python-docx was here too!</w:t>
      </w:r>
    </w:p>
    <w:sectPr w:rsidR="00CC4B79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4D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5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15074B"/>
    <w:rsid w:val="0029639D"/>
    <w:rsid w:val="00326F90"/>
    <w:rsid w:val="005A4D0D"/>
    <w:rsid w:val="00AA1D8D"/>
    <w:rsid w:val="00B47730"/>
    <w:rsid w:val="00CC4B79"/>
    <w:rsid w:val="00E53FBA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A1D8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A1D8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A1D8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A1D8D"/>
  </w:style>
  <w:style w:type="character" w:customStyle="1" w:styleId="Heading1Char">
    <w:name w:val="Heading 1 Char"/>
    <w:basedOn w:val="DefaultParagraphFont"/>
    <w:link w:val="Heading1"/>
    <w:uiPriority w:val="9"/>
    <w:rsid w:val="00AA1D8D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AA1D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AA1D8D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AA1D8D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AA1D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AA1D8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AA1D8D"/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paragraph" w:styleId="ListParagraph">
    <w:name w:val="List Paragraph"/>
    <w:basedOn w:val="Normal"/>
    <w:uiPriority w:val="34"/>
    <w:qFormat/>
    <w:rsid w:val="00326F90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29639D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29639D"/>
    <w:rPr>
      <w:i/>
      <w:iCs/>
      <w:color w:val="000000" w:themeColor="tex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</Words>
  <Characters>41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47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Cisco Employee</dc:creator>
  <cp:keywords/>
  <dc:description>generated by python-docx</dc:description>
  <cp:lastModifiedBy>Steve Canny</cp:lastModifiedBy>
  <cp:revision>2</cp:revision>
  <dcterms:created xsi:type="dcterms:W3CDTF">2013-12-15T10:40:00Z</dcterms:created>
  <dcterms:modified xsi:type="dcterms:W3CDTF">2013-12-15T10:40:00Z</dcterms:modified>
  <cp:category/>
</cp:coreProperties>
</file>