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A3D3F36" w14:textId="B542E1BF" w:rsidR="00000001" w:rsidRDefault="00000001">
      <w:hyperlink r:id="rId9">
        <w:r w:rsidR="00000001">
          <w:t>Send email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yperlink" Target="mailto:contact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