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rFonts w:ascii="Georgia" w:hAnsi="Georgia" w:cs="Georgia"/>
        </w:rPr>
      </w:pPr>
      <w:r w:rsidR="00000001">
        <w:rPr>
          <w:rFonts w:ascii="Georgia" w:hAnsi="Georgia" w:cs="Georgia"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