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4B3647" w14:textId="50C34134" w:rsidR="00000001" w:rsidRDefault="00000001">
      <w:commentRangeStart w:id="0"/>
      <w:r w:rsidR="00000001">
        <w:t>Commented paragraph</w:t>
      </w:r>
      <w:commentRangeEnd w:id="0"/>
      <w:r w:rsidR="00000001">
        <w:rPr>
          <w:rStyle w:val="CommentReference"/>
        </w:rPr>
        <w:commentReference w:id="0"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comments.xml><?xml version="1.0" encoding="utf-8"?>
<w:comments xmlns:a="http://schemas.openxmlformats.org/drawingml/2006/main" xmlns:pic="http://schemas.openxmlformats.org/drawingml/2006/picture" xmlns:r="http://schemas.openxmlformats.org/officeDocument/2006/relationships" xmlns:w="http://schemas.openxmlformats.org/wordprocessingml/2006/main" xmlns:wp="http://schemas.openxmlformats.org/drawingml/2006/wordprocessingDrawing" xmlns:mc="http://schemas.openxmlformats.org/markup-compatibility/2006" xmlns:a14="http://schemas.microsoft.com/office/drawing/2010/main" xmlns:w14="http://schemas.microsoft.com/office/word/2010/wordml" xmlns:wpc="http://schemas.microsoft.com/office/word/2010/wordprocessingCanvas">
  <w:comment xmlns:w16cid="http://schemas.microsoft.com/office/word/2016/wordml/cid" w:id="0" w:author="Reviewer" w16cid:paraId="00000001" w:initials="R" w:date="2026-05-04T00:00:00Z">
    <w:p>
      <w:pPr>
        <w:pStyle w:val="CommentText"/>
      </w:pPr>
      <w:r>
        <w:rPr>
          <w:rStyle w:val="CommentReference"/>
        </w:rPr>
        <w:annotationRef/>
      </w:r>
      <w:r>
        <w:t>This is the comment</w:t>
      </w:r>
    </w:p>
  </w:comment>
</w:comment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9" Type="http://schemas.openxmlformats.org/officeDocument/2006/relationships/comments" Target="commen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