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914400" cy="9144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inlin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