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E9C6CC" w14:textId="645259E3" w:rsidR="00000001" w:rsidRDefault="00000001">
      <w:r w:rsidR="00000001">
        <w:rPr>
          <w14:checkbox>
            <w14:checked w14:val="1"/>
          </w14:checkbox>
        </w:rPr>
        <w:t>Text with unknown extension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