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8EF81E6" w14:textId="2A3C1083" w:rsidR="00000001" w:rsidRDefault="00000001">
      <w:r w:rsidR="00000001">
        <w:t xml:space="preserve">Hello </w:t>
      </w:r>
      <w:r w:rsidR="00000001">
        <w:rPr>
          <w:rtl/>
        </w:rPr>
        <w:t>مرحبا</w:t>
      </w:r>
      <w:r w:rsidR="00000001">
        <w:t xml:space="preserve">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