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eastAsia="de-DE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