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88691" w14:textId="C5502A55" w:rsidR="00000001" w:rsidRDefault="00000001">
      <w:r w:rsidR="00000001">
        <w:t>letter landscape</w:t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