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1C4B8" w14:textId="A688D404" w:rsidR="00000001" w:rsidRDefault="00000001">
      <w:r w:rsidR="00000001">
        <w:t>tabloid landscape</w:t>
      </w:r>
    </w:p>
    <w:sectPr w:rsidR="00FC693F" w:rsidRPr="0006063C" w:rsidSect="00034616">
      <w:pgSz w:w="25920" w:h="158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