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IntenseQuote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