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ListNumber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