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TOCHeading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