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bar" w:leader="none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