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center" w:leader="dot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