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ashDotStrok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