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bottom w:val="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