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dotDotDash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