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hreeDEmbos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