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dashSmallGap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