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thickThinSmallGap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