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right w:val="thickThinSmallGap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