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threeDEmboss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