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threeDEngrav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