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right w:val="twoDashes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